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keepLines w:val="0"/>
        <w:spacing w:before="0" w:after="80" w:line="240" w:lineRule="auto"/>
        <w:jc w:val="center"/>
      </w:pPr>
      <w:r>
        <w:rPr>
          <w:rFonts w:ascii="Times New Roman" w:hAnsi="Times New Roman" w:eastAsia="Times New Roman"/>
          <w:b/>
          <w:i w:val="0"/>
          <w:sz w:val="16"/>
        </w:rPr>
        <w:t>Заявление родителя (законного представителя) обучающегося, заявившего</w:t>
        <w:br/>
        <w:t>о своем участии во всероссийской олимпиаде школьников в городском округе</w:t>
        <w:br/>
        <w:t>муниципальное образование «город Екатеринбург» в 2026/2027 учебном году</w:t>
      </w:r>
    </w:p>
    <w:p>
      <w:pPr>
        <w:keepNext w:val="0"/>
        <w:keepLines w:val="0"/>
        <w:spacing w:before="0" w:after="80" w:line="240" w:lineRule="auto"/>
        <w:jc w:val="right"/>
      </w:pPr>
      <w:r>
        <w:rPr>
          <w:rFonts w:ascii="Times New Roman" w:hAnsi="Times New Roman" w:eastAsia="Times New Roman"/>
          <w:b w:val="0"/>
          <w:i w:val="0"/>
          <w:sz w:val="16"/>
        </w:rPr>
        <w:t>В оргкомитет школьного этапа</w:t>
        <w:br/>
        <w:t>всероссийской олимпиады школьников</w:t>
      </w:r>
    </w:p>
    <w:p>
      <w:pPr>
        <w:keepNext w:val="0"/>
        <w:keepLines w:val="0"/>
        <w:spacing w:before="0" w:after="40" w:line="240" w:lineRule="auto"/>
        <w:jc w:val="center"/>
      </w:pPr>
      <w:r>
        <w:rPr>
          <w:rFonts w:ascii="Times New Roman" w:hAnsi="Times New Roman" w:eastAsia="Times New Roman"/>
          <w:b/>
          <w:i w:val="0"/>
          <w:sz w:val="18"/>
        </w:rPr>
        <w:t>заявление</w:t>
      </w:r>
    </w:p>
    <w:p>
      <w:pPr>
        <w:keepNext w:val="0"/>
        <w:keepLines w:val="0"/>
        <w:spacing w:before="0" w:after="2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6"/>
        </w:rPr>
        <w:t>Я, ________________________________________________________________(ФИО)</w:t>
        <w:br/>
      </w:r>
      <w:r>
        <w:rPr>
          <w:rFonts w:ascii="Times New Roman" w:hAnsi="Times New Roman" w:eastAsia="Times New Roman"/>
          <w:b w:val="0"/>
          <w:i w:val="0"/>
          <w:sz w:val="16"/>
        </w:rPr>
        <w:t>родитель (законный представитель) обучающегося, заявившего о своем участии во всероссийской олимпиаде школьников в 2026/2027 учебном году, прошу допустить к участию в школьном этапе моего ребенка: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ФИО обучающегося _______________________________________________________________</w:t>
      </w:r>
    </w:p>
    <w:p>
      <w:pPr>
        <w:keepNext w:val="0"/>
        <w:keepLines w:val="0"/>
        <w:spacing w:before="0" w:after="6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Общеобразовательная организация (ОО) _______________________     Класс обучения ____________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</w:tblPr>
      <w:tblGrid>
        <w:gridCol w:w="425"/>
        <w:gridCol w:w="3969"/>
        <w:gridCol w:w="1049"/>
        <w:gridCol w:w="1049"/>
        <w:gridCol w:w="1049"/>
        <w:gridCol w:w="1049"/>
      </w:tblGrid>
      <w:tr>
        <w:trPr>
          <w:cantSplit/>
          <w:cantSplit/>
          <w:cantSplit/>
          <w:cantSplit/>
          <w:cantSplit/>
          <w:cantSplit/>
          <w:tblHeader w:val="true"/>
        </w:trPr>
        <w:tc>
          <w:tcPr>
            <w:tcW w:type="dxa" w:w="425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№</w:t>
            </w:r>
          </w:p>
        </w:tc>
        <w:tc>
          <w:tcPr>
            <w:tcW w:type="dxa" w:w="3969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Общеобразовательный предмет</w:t>
            </w:r>
          </w:p>
        </w:tc>
        <w:tc>
          <w:tcPr>
            <w:tcW w:type="dxa" w:w="1048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Отметка</w:t>
              <w:br/>
              <w:t>о выборе</w:t>
              <w:br/>
              <w:t>предмета</w:t>
              <w:br/>
              <w:t>(поставить</w:t>
              <w:br/>
              <w:t>галочку)</w:t>
            </w:r>
          </w:p>
        </w:tc>
        <w:tc>
          <w:tcPr>
            <w:tcW w:type="dxa" w:w="1048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Параллель</w:t>
              <w:br/>
              <w:t>выполнения</w:t>
              <w:br/>
              <w:t>заданий</w:t>
              <w:br/>
              <w:t>(указать)</w:t>
            </w:r>
          </w:p>
        </w:tc>
        <w:tc>
          <w:tcPr>
            <w:tcW w:type="dxa" w:w="2096"/>
            <w:gridSpan w:val="2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2"/>
              </w:rPr>
              <w:t>Место прохождения</w:t>
              <w:br/>
              <w:t>обучающимся онлайн тура</w:t>
              <w:br/>
              <w:t>по предмету*</w:t>
              <w:br/>
              <w:t>(выбрать один вариант –</w:t>
              <w:br/>
              <w:t>поставить галочку)</w:t>
            </w:r>
          </w:p>
        </w:tc>
      </w:tr>
      <w:tr>
        <w:trPr>
          <w:cantSplit/>
          <w:cantSplit/>
          <w:cantSplit/>
          <w:cantSplit/>
          <w:cantSplit/>
          <w:cantSplit/>
          <w:tblHeader w:val="true"/>
        </w:trPr>
        <w:tc>
          <w:tcPr>
            <w:tcW w:type="dxa" w:w="425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3969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ОО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дома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r>
              <w:t>1.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Математика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r>
              <w:t>2.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Русский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</w:tbl>
    <w:p>
      <w:pPr>
        <w:keepNext w:val="0"/>
        <w:keepLines w:val="0"/>
        <w:spacing w:before="60" w:after="40" w:line="240" w:lineRule="auto"/>
        <w:jc w:val="both"/>
      </w:pPr>
      <w:r>
        <w:rPr>
          <w:rFonts w:ascii="Times New Roman" w:hAnsi="Times New Roman" w:eastAsia="Times New Roman"/>
          <w:b w:val="0"/>
          <w:i/>
          <w:sz w:val="15"/>
        </w:rPr>
        <w:t>*очные/практические туры по предмету проводятся на базе ОО. Для онлайн туров можно выбрать место участия: на базе ОО / дома (с использованием собственных технических средств).</w:t>
      </w:r>
    </w:p>
    <w:p>
      <w:pPr>
        <w:keepNext w:val="0"/>
        <w:keepLines w:val="0"/>
        <w:spacing w:before="0" w:after="2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5"/>
        </w:rPr>
        <w:t>Подтверждаю ознакомление с Порядком проведения всероссийской олимпиады школьников (Приказ Министерства просвещения РФ от 27.11.2020 № 678 «Об утверждении Порядка проведения всероссийской олимпиады школьников»).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5"/>
        </w:rPr>
        <w:t>Даю согласие на публикацию результатов по каждому общеобразовательному предмету в сети «Интернет» с указанием фамилии, инициалов, класса, субъекта РФ, количества баллов, набранных при выполнении заданий.</w:t>
      </w:r>
    </w:p>
    <w:p>
      <w:pPr>
        <w:keepNext w:val="0"/>
        <w:keepLines w:val="0"/>
        <w:spacing w:before="0" w:after="2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«___» ____________ 2026 г.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___________________ / __________________________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4"/>
        </w:rPr>
        <w:t xml:space="preserve">       (Подпись)                         (ФИО)</w:t>
      </w:r>
    </w:p>
    <w:p>
      <w:pPr>
        <w:keepNext w:val="0"/>
        <w:keepLines w:val="0"/>
        <w:sectPr>
          <w:headerReference w:type="first" r:id="rId9"/>
          <w:pgSz w:w="12240" w:h="15840"/>
          <w:pgMar w:top="2268" w:right="765" w:bottom="595" w:left="765" w:header="142" w:footer="170" w:gutter="0"/>
          <w:cols w:space="720"/>
          <w:titlePg/>
          <w:docGrid w:linePitch="360"/>
        </w:sectPr>
      </w:pPr>
    </w:p>
    <w:p>
      <w:pPr>
        <w:keepNext w:val="0"/>
        <w:keepLines w:val="0"/>
        <w:spacing w:before="0" w:after="160" w:line="240" w:lineRule="auto"/>
        <w:jc w:val="center"/>
      </w:pPr>
      <w:r>
        <w:rPr>
          <w:rFonts w:ascii="Times New Roman" w:hAnsi="Times New Roman" w:eastAsia="Times New Roman"/>
          <w:b w:val="0"/>
          <w:i w:val="0"/>
          <w:sz w:val="21"/>
        </w:rPr>
        <w:t>Согласие родителя (законного представителя) на обработку персональных</w:t>
        <w:br/>
        <w:t>данных обучающегося, заявившего о своем участии во всероссийской</w:t>
        <w:br/>
        <w:t>олимпиаде школьников в городском округе муниципальное образование</w:t>
        <w:br/>
        <w:t>«город Екатеринбург» в 2026/2027 учебном году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Я, _________________________________________________________________ (ФИО),</w:t>
        <w:br/>
        <w:t>даю согласие в отношении моего ребенка_____________________________________ (ФИО),</w:t>
        <w:br/>
        <w:t>на обработку следующих сведений, составляющих персональные данные субъекта персональных данных: фамилия, имя, отчество, пол, место учебы, класс, результаты участия в олимпиаде, а также, при необходимости создания специальных условий для обеспечения возможности участия в олимпиаде – состояние здоровья и особенности психофизического развития, органам местного самоуправления, осуществляющим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В целях информационного обеспечения согласен на включение в общий доступ на сайтах органов местного самоуправления, осуществляющих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обучающимся, следующие сведения, составляющие персональные данные субъекта персональных данных: фамилию, инициалы, класс, результаты участия в олимпиаде.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Согласен на передачу вышеперечисленных персональных данных субъекта персональных данных в ГАОУ ДПО СО «Институт развития образования», Фонд «Золотое сечение», Министерство образования Свердловской области, Министерство просвещения Российской Федерации, а также иным учреждениям и организациям, принимающим участие в проведении всероссийской олимпиады школьников, для достижения вышеуказанных целей.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Обработку персональных данных разрешаю на срок, необходимый для достижения вышеуказанных целей. 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ознакомлен(а). 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ознакомлен(а).</w:t>
      </w:r>
    </w:p>
    <w:p>
      <w:pPr>
        <w:keepNext w:val="0"/>
        <w:keepLines w:val="0"/>
        <w:spacing w:before="160" w:after="4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8"/>
        </w:rPr>
        <w:t>«___» ____________ 2026 г.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8"/>
        </w:rPr>
        <w:t>___________________ / _______________________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 xml:space="preserve">       (Подпись)                    (ФИО)</w:t>
      </w:r>
    </w:p>
    <w:sectPr w:rsidR="00FC693F" w:rsidRPr="0006063C" w:rsidSect="00034616">
      <w:headerReference w:type="default" r:id="rId10"/>
      <w:pgSz w:w="12240" w:h="15840"/>
      <w:pgMar w:top="794" w:right="1531" w:bottom="794" w:left="1531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 w:line="240" w:lineRule="auto"/>
      <w:jc w:val="center"/>
    </w:pPr>
    <w:r>
      <w:drawing>
        <wp:inline xmlns:a="http://schemas.openxmlformats.org/drawingml/2006/main" xmlns:pic="http://schemas.openxmlformats.org/drawingml/2006/picture">
          <wp:extent cx="1584000" cy="409512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g108_logo_cropp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4000" cy="409512"/>
                  </a:xfrm>
                  <a:prstGeom prst="rect"/>
                </pic:spPr>
              </pic:pic>
            </a:graphicData>
          </a:graphic>
        </wp:inline>
      </w:drawing>
    </w:r>
  </w:p>
  <w:p>
    <w:pPr>
      <w:spacing w:before="0" w:after="40" w:line="240" w:lineRule="auto"/>
      <w:jc w:val="center"/>
      <w:pBdr>
        <w:bottom w:val="single" w:sz="8" w:space="1" w:color="000000"/>
      </w:pBdr>
    </w:pP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DЕПАРТАМЕНТ ОБРАЗОВАНИЯ АДМИНИСТРАЦИИ ГОРОДА ЕКАТЕРИНБУРГА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МУНИЦИПАЛЬНОЕ АВТОНОМНОЕ ОБЩЕОБРАЗОВАТЕЛЬНОЕ УЧРЕЖДЕНИЕ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«ГИМНАЗИЯ № 108 ИМ. В.Н. ТАТИЩЕВА»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 w:val="0"/>
        <w:i w:val="0"/>
        <w:sz w:val="14"/>
      </w:rPr>
      <w:t>(МАОУ «Гимназия № 108 им. В.Н. Татищева»)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Заявление+согласие родителя обучающегося для участия во ВсОШ 2026-2027 — МАОУ гимназия №108</dc:title>
  <dc:subject>Школьный этап ВсОШ 2026/2027</dc:subject>
  <dc:creator>МАОУ гимназия № 108 им. В.Н. Татищева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